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מעש״ה – כשחבר נבהל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מעש״ה לעזרה לחבר שנבהל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עושים במקרה של כמעט-תאונה או 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וביטויים שעוזרים להרגיע חבר מפוחד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 והמושגים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כמעט נפגע מאופניים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אחרי כמעט-תאונה או בהלה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לעזור לו לעשות פעולה מרגיעה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קוראים מיד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המשמעות של מחויבות במעש״ה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לעודד בעדינות ולא לצעוק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עוזרות לו לחשוב על המצב ועל הצעדים הבאים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ילד קורא למבוגר, והמבוגר מתקשר למד״א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מספר החירום הרפואי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האות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(מחויבות - להישאר עם החבר)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(עידוד לפעילות - לעזור לו להירגע)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(שאלות מפעילות 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(הבניית רצף - סדר הצעדים הבאים)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(מספר הטלפון של מד״א)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נשארים רגועים ומתקרבים לחבר שנבהל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אותו איך הוא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מעודדים אותו לנשום לאט ולהירגע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עוזרים לו לחשוב מה לעשות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מישהו נפגע - קוראים מיד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הישארות לידו, שאלה איך הוא מרגיש, עידוד להירגע, ועזרה לחשוב מה לעשות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מחויבות, עידוד לפעילות, שאלות מפעילות חשיבה, הבניית 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נשארים לידו ברוגע ושואלים איך הוא מרגיש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למבוגר, שמתקשר למד״א 101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משחק תפקידים בכיתה - חבר אחד נבהל והשני עוזר לו לפי מעש״ה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שילדים לא מתקשרים בעצמם למד״א אלא קוראים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ההבדל בין פחד רגיל לבין מצב שבו מישהו נפגע ממש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מעש״ה – כשחבר נבהל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עומר נבהל כי כמעט פגעו בו אופניים. נלמד איך עוזרים לחבר שמפחד, צעד אחרי צעד.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מעש״ה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ראשי תיבות: מחויבות, עידוד לפעילות, שאלות מפעילות, הבניית רצף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מחויבות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להישאר עם החבר ולא לעזוב אותו לבד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עידוד לפעילות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לעזור לחבר לעשות משהו פשוט כדי להירגע, כמו לנשום לאט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שאלות מפעילות חשיבה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שגורמות לחבר לחשוב מה קרה ומה אפשר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הבניית רצף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לעזור לסדר את הצעדים הבאים אחד אחרי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פחד פתאומי וחזק אחרי אירוע מסוכן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מד״א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מגן דוד אדום - שירות החירום הרפואי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101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הטלפון להתקשרות למד״א במקרה חירום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 והמושגים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עומר פוחד?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כמעט נפגע מאופניים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עוזרים בשיטה הזאת?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כמעט-תאונה או בהלה ליד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בזמן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הספר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האות מ׳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כדי לעזור לחבר להירגע?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לעזוב את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לו לעשות פעולה מרגיעה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מישהו נפגע?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מיד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מחכים שיעבור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חבר נבהל, חשוב להישאר לידו ולא לעזוב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 רועד, הכי טוב לצעוק עליו שיירגע.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מפעילות חשיבה עוזרות לחבר להבין מה קרה.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נפגע, ילד צריך להתקשר בעצמו למד״א.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הטלפון למד״א הוא 101.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עומר כמעט נפגע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חבר נבהל, קודם כל נשארים לידו - זאת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לעזור לחבר להירגע, מעודדים אותו לנשום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מישהו נפגע, קוראים מיד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המבוגר מתקשר למד״א במספר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האות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הבניית רצף - סדר הצעדים הבאים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הטלפון של מד״א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עידוד לפעילות - לעזור לו להירגע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שאלות מפעילות חשיבה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מחויבות - להישאר עם החבר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נפגע - קוראים מיד למבוגר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עוזרים לו לחשוב מה לעשות עכשיו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נשארים רגועים ומתקרבים לחבר שנבהל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מעודדים אותו לנשום לאט ולהירגע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אותו איך הוא מרגיש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שחבר שלכם נבהל אחרי כמעט-תאונה. כתבו מה הייתם אומרים לו ואיך הייתם עוזרים לו, לפי שלבי מעש״ה.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ראשי התיבות מעש״ה?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קודם כל אם חבר נבהל?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מתקשרים במקרה שמישהו נפגע באמת?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מעש״ה – כשחבר נבהל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